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D91E4" w14:textId="77777777" w:rsidR="009B639C" w:rsidRPr="002D3B05" w:rsidRDefault="00D357AE">
      <w:pPr>
        <w:spacing w:after="120"/>
        <w:rPr>
          <w:rFonts w:asciiTheme="majorHAnsi" w:hAnsiTheme="majorHAnsi" w:cstheme="majorHAnsi"/>
          <w:lang w:val="nl-NL"/>
        </w:rPr>
      </w:pPr>
      <w:r w:rsidRPr="002D3B05">
        <w:rPr>
          <w:rFonts w:asciiTheme="majorHAnsi" w:hAnsiTheme="majorHAnsi" w:cstheme="majorHAnsi"/>
          <w:b/>
          <w:sz w:val="28"/>
          <w:lang w:val="nl-NL"/>
        </w:rPr>
        <w:t>Bewijsstuk PDG – Afname proeve onder observatie van de examencommissie</w:t>
      </w:r>
    </w:p>
    <w:p w14:paraId="5F42A561" w14:textId="77777777" w:rsidR="009B639C" w:rsidRPr="002D3B05" w:rsidRDefault="00D357AE">
      <w:pPr>
        <w:spacing w:after="240"/>
        <w:rPr>
          <w:rFonts w:asciiTheme="majorHAnsi" w:hAnsiTheme="majorHAnsi" w:cstheme="majorHAnsi"/>
          <w:sz w:val="24"/>
          <w:szCs w:val="24"/>
          <w:lang w:val="nl-NL"/>
        </w:rPr>
      </w:pPr>
      <w:r w:rsidRPr="002D3B05">
        <w:rPr>
          <w:rFonts w:asciiTheme="majorHAnsi" w:hAnsiTheme="majorHAnsi" w:cstheme="majorHAnsi"/>
          <w:color w:val="555555"/>
          <w:sz w:val="20"/>
          <w:szCs w:val="24"/>
          <w:lang w:val="nl-NL"/>
        </w:rPr>
        <w:t>Beroepstaak: BT6 – De docent construeert, hanteert en evalueert beoordelingsinstrumenten | Deeltaak: 6.1</w:t>
      </w:r>
      <w:r w:rsidRPr="002D3B05">
        <w:rPr>
          <w:rFonts w:asciiTheme="majorHAnsi" w:hAnsiTheme="majorHAnsi" w:cstheme="majorHAnsi"/>
          <w:color w:val="555555"/>
          <w:sz w:val="20"/>
          <w:szCs w:val="24"/>
          <w:lang w:val="nl-NL"/>
        </w:rPr>
        <w:br/>
        <w:t>Opleiding: Zelfstandig medewerker dierverzorging (</w:t>
      </w:r>
      <w:proofErr w:type="spellStart"/>
      <w:r w:rsidRPr="002D3B05">
        <w:rPr>
          <w:rFonts w:asciiTheme="majorHAnsi" w:hAnsiTheme="majorHAnsi" w:cstheme="majorHAnsi"/>
          <w:color w:val="555555"/>
          <w:sz w:val="20"/>
          <w:szCs w:val="24"/>
          <w:lang w:val="nl-NL"/>
        </w:rPr>
        <w:t>Crebo</w:t>
      </w:r>
      <w:proofErr w:type="spellEnd"/>
      <w:r w:rsidRPr="002D3B05">
        <w:rPr>
          <w:rFonts w:asciiTheme="majorHAnsi" w:hAnsiTheme="majorHAnsi" w:cstheme="majorHAnsi"/>
          <w:color w:val="555555"/>
          <w:sz w:val="20"/>
          <w:szCs w:val="24"/>
          <w:lang w:val="nl-NL"/>
        </w:rPr>
        <w:t xml:space="preserve"> 25734) | Proeve 2: Verzorgen dienstverlening/verkoop | Proeve 3: Begeleiden en voortgang bewaken</w:t>
      </w:r>
      <w:r w:rsidRPr="002D3B05">
        <w:rPr>
          <w:rFonts w:asciiTheme="majorHAnsi" w:hAnsiTheme="majorHAnsi" w:cstheme="majorHAnsi"/>
          <w:color w:val="555555"/>
          <w:sz w:val="20"/>
          <w:szCs w:val="24"/>
          <w:lang w:val="nl-NL"/>
        </w:rPr>
        <w:br/>
        <w:t>Datum: 2 juni 2026 | Locatie: kinderboerderij | Vonk Alkmaar</w:t>
      </w:r>
    </w:p>
    <w:p w14:paraId="1ACF5401" w14:textId="77777777" w:rsidR="009B639C" w:rsidRPr="002D3B05" w:rsidRDefault="00D357AE">
      <w:pPr>
        <w:spacing w:after="160"/>
        <w:rPr>
          <w:rFonts w:asciiTheme="majorHAnsi" w:hAnsiTheme="majorHAnsi" w:cstheme="majorHAnsi"/>
          <w:lang w:val="nl-NL"/>
        </w:rPr>
      </w:pPr>
      <w:r w:rsidRPr="002D3B05">
        <w:rPr>
          <w:rFonts w:asciiTheme="majorHAnsi" w:hAnsiTheme="majorHAnsi" w:cstheme="majorHAnsi"/>
          <w:lang w:val="nl-NL"/>
        </w:rPr>
        <w:t>Dit bewijsstuk beschrijft de afname van een eindproeve waarbij ik, naast het beoordelen van de student, zelf ben geobserveerd door een lid van de examencommissie. Het toont hoe ik mijn rol als beoordelaar zorgvuldig heb voorbereid, hoe ik heb gehandeld in een situatie van externe kwaliteitsborging en welke waarde dit heeft gehad voor mijn ontwikkeling als assessor.</w:t>
      </w:r>
    </w:p>
    <w:p w14:paraId="1ED67512" w14:textId="77777777" w:rsidR="009B639C" w:rsidRPr="002D3B05" w:rsidRDefault="00D357AE">
      <w:pPr>
        <w:spacing w:after="160"/>
        <w:rPr>
          <w:rFonts w:asciiTheme="majorHAnsi" w:hAnsiTheme="majorHAnsi" w:cstheme="majorHAnsi"/>
          <w:lang w:val="nl-NL"/>
        </w:rPr>
      </w:pPr>
      <w:r w:rsidRPr="002D3B05">
        <w:rPr>
          <w:rFonts w:asciiTheme="majorHAnsi" w:hAnsiTheme="majorHAnsi" w:cstheme="majorHAnsi"/>
          <w:lang w:val="nl-NL"/>
        </w:rPr>
        <w:t>Voor de eindproeve van een studente binnen de opleiding Zelfstandig medewerker dierverzorging, bestaande uit Proeve 2 Verzorgen dienstverlening/verkoop en Proeve 3 Begeleiden en voortgang bewaken, ontving ik vanuit de examencommissie de vraag of een commissielid aanwezig mocht zijn bij de afname. Het doel hiervan was niet het beoordelen van de student, maar het beoordelen van mijzelf als examinator: hoe ik de proeve voorbereid, afneem en het examengesprek voer.</w:t>
      </w:r>
    </w:p>
    <w:p w14:paraId="2455EAB0" w14:textId="77777777" w:rsidR="009B639C" w:rsidRPr="002D3B05" w:rsidRDefault="00D357AE">
      <w:pPr>
        <w:spacing w:after="160"/>
        <w:rPr>
          <w:rFonts w:asciiTheme="majorHAnsi" w:hAnsiTheme="majorHAnsi" w:cstheme="majorHAnsi"/>
          <w:lang w:val="nl-NL"/>
        </w:rPr>
      </w:pPr>
      <w:r w:rsidRPr="002D3B05">
        <w:rPr>
          <w:rFonts w:asciiTheme="majorHAnsi" w:hAnsiTheme="majorHAnsi" w:cstheme="majorHAnsi"/>
          <w:lang w:val="nl-NL"/>
        </w:rPr>
        <w:t>Ter voorbereiding heb ik de examencommissie voorzien van alle relevante documentatie, zodat zij zich vooraf kon inlezen. Dit betrof de uitnodiging van de proeve voor student en bedrijf, de beide examendocumenten, een afschrift met de omschrijving van de examenlocatie waarmee de student de uitvoering bevestigde, de uitvoeringsplannen getekend door het bedrijf als aanvullend bewijs van de uitvoeringsmogelijkheid, en een ondersteunend document van de Groene Norm met aanvullende informatie over de uitvoering va</w:t>
      </w:r>
      <w:r w:rsidRPr="002D3B05">
        <w:rPr>
          <w:rFonts w:asciiTheme="majorHAnsi" w:hAnsiTheme="majorHAnsi" w:cstheme="majorHAnsi"/>
          <w:lang w:val="nl-NL"/>
        </w:rPr>
        <w:t>n het examen. Door deze documenten gestructureerd en tijdig te delen, zorgde ik ervoor dat de observatie zorgvuldig kon worden voorbereid en dat er geen onduidelijkheid kon ontstaan over de gevolgde procedure.</w:t>
      </w:r>
    </w:p>
    <w:p w14:paraId="0F192FCB" w14:textId="77777777" w:rsidR="009B639C" w:rsidRPr="002D3B05" w:rsidRDefault="00D357AE">
      <w:pPr>
        <w:spacing w:after="160"/>
        <w:rPr>
          <w:rFonts w:asciiTheme="majorHAnsi" w:hAnsiTheme="majorHAnsi" w:cstheme="majorHAnsi"/>
          <w:lang w:val="nl-NL"/>
        </w:rPr>
      </w:pPr>
      <w:r w:rsidRPr="002D3B05">
        <w:rPr>
          <w:rFonts w:asciiTheme="majorHAnsi" w:hAnsiTheme="majorHAnsi" w:cstheme="majorHAnsi"/>
          <w:lang w:val="nl-NL"/>
        </w:rPr>
        <w:t>Voorafgaand aan de proeve heb ik samen met het commissielid een kwartier de tijd genomen om de gang van zaken kort door te nemen. Hierin heb ik expliciet benoemd dat zij die ochtend mij zou beoordelen als examinator en niet de student. Deze afspraak heb ik ook helder gecommuniceerd richting de student en de beoordelaar vanuit het bedrijf, zodat voor iedereen duidelijk was wie welke rol vervulde tijdens de afname. Deze transparantie vond ik essentieel: het voorkomt verwarring en onnodige druk bij de student,</w:t>
      </w:r>
      <w:r w:rsidRPr="002D3B05">
        <w:rPr>
          <w:rFonts w:asciiTheme="majorHAnsi" w:hAnsiTheme="majorHAnsi" w:cstheme="majorHAnsi"/>
          <w:lang w:val="nl-NL"/>
        </w:rPr>
        <w:t xml:space="preserve"> en het waarborgt dat de focus van de observatie correct lag op mijn handelen als assessor.</w:t>
      </w:r>
    </w:p>
    <w:p w14:paraId="544B27A8" w14:textId="77777777" w:rsidR="009B639C" w:rsidRPr="002D3B05" w:rsidRDefault="00D357AE">
      <w:pPr>
        <w:spacing w:after="160"/>
        <w:rPr>
          <w:rFonts w:asciiTheme="majorHAnsi" w:hAnsiTheme="majorHAnsi" w:cstheme="majorHAnsi"/>
          <w:lang w:val="nl-NL"/>
        </w:rPr>
      </w:pPr>
      <w:r w:rsidRPr="002D3B05">
        <w:rPr>
          <w:rFonts w:asciiTheme="majorHAnsi" w:hAnsiTheme="majorHAnsi" w:cstheme="majorHAnsi"/>
          <w:lang w:val="nl-NL"/>
        </w:rPr>
        <w:t>De proeve verliep goed. De studente behaalde een GOED en gaf aan een fijne ervaring te hebben gehad. Voor mij was het examineren onder observatie een waardevolle en leerzame ervaring. Ik merkte dat de aanwezigheid van een externe beoordelaar mij scherper maakte in mijn eigen handelen: ik was mij nog bewuster van mijn rol, mijn communicatie naar de student en de zorgvuldigheid waarmee ik de criteria toepaste. Na afloop heb ik een goed inhoudelijk gesprek gehad met het commissielid over de afname.</w:t>
      </w:r>
    </w:p>
    <w:p w14:paraId="5B46761D" w14:textId="6AC771A0" w:rsidR="009B639C" w:rsidRPr="002D3B05" w:rsidRDefault="009B639C">
      <w:pPr>
        <w:rPr>
          <w:lang w:val="nl-NL"/>
        </w:rPr>
      </w:pPr>
    </w:p>
    <w:sectPr w:rsidR="009B639C" w:rsidRPr="002D3B0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507481326">
    <w:abstractNumId w:val="8"/>
  </w:num>
  <w:num w:numId="2" w16cid:durableId="2006590177">
    <w:abstractNumId w:val="6"/>
  </w:num>
  <w:num w:numId="3" w16cid:durableId="684482113">
    <w:abstractNumId w:val="5"/>
  </w:num>
  <w:num w:numId="4" w16cid:durableId="767502560">
    <w:abstractNumId w:val="4"/>
  </w:num>
  <w:num w:numId="5" w16cid:durableId="1625191157">
    <w:abstractNumId w:val="7"/>
  </w:num>
  <w:num w:numId="6" w16cid:durableId="489056378">
    <w:abstractNumId w:val="3"/>
  </w:num>
  <w:num w:numId="7" w16cid:durableId="201553300">
    <w:abstractNumId w:val="2"/>
  </w:num>
  <w:num w:numId="8" w16cid:durableId="1660185568">
    <w:abstractNumId w:val="1"/>
  </w:num>
  <w:num w:numId="9" w16cid:durableId="169384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3B05"/>
    <w:rsid w:val="00326F90"/>
    <w:rsid w:val="009B639C"/>
    <w:rsid w:val="00AA1D8D"/>
    <w:rsid w:val="00B47730"/>
    <w:rsid w:val="00CB0664"/>
    <w:rsid w:val="00D357AE"/>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2026-08-07T12:42:00Z</dcterms:modified>
  <cp:category/>
</cp:coreProperties>
</file>