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FC48FA8" w14:textId="77777777" w:rsidR="0041681D" w:rsidRPr="00983653" w:rsidRDefault="00813147">
      <w:pPr>
        <w:spacing w:after="120"/>
        <w:rPr>
          <w:rFonts w:asciiTheme="majorHAnsi" w:hAnsiTheme="majorHAnsi" w:cstheme="majorHAnsi"/>
          <w:sz w:val="28"/>
          <w:szCs w:val="28"/>
          <w:lang w:val="nl-NL"/>
        </w:rPr>
      </w:pPr>
      <w:r w:rsidRPr="00983653">
        <w:rPr>
          <w:rFonts w:asciiTheme="majorHAnsi" w:hAnsiTheme="majorHAnsi" w:cstheme="majorHAnsi"/>
          <w:b/>
          <w:sz w:val="28"/>
          <w:szCs w:val="28"/>
          <w:lang w:val="nl-NL"/>
        </w:rPr>
        <w:t>Bewijsstuk PDG – Intervisie bijeenkomst 1</w:t>
      </w:r>
    </w:p>
    <w:p w14:paraId="12C819CB" w14:textId="77777777" w:rsidR="0041681D" w:rsidRPr="00983653" w:rsidRDefault="00813147">
      <w:pPr>
        <w:spacing w:after="240"/>
        <w:rPr>
          <w:rFonts w:asciiTheme="majorHAnsi" w:hAnsiTheme="majorHAnsi" w:cstheme="majorHAnsi"/>
          <w:sz w:val="20"/>
          <w:szCs w:val="20"/>
          <w:lang w:val="nl-NL"/>
        </w:rPr>
      </w:pPr>
      <w:r w:rsidRPr="00983653">
        <w:rPr>
          <w:rFonts w:asciiTheme="majorHAnsi" w:hAnsiTheme="majorHAnsi" w:cstheme="majorHAnsi"/>
          <w:color w:val="555555"/>
          <w:sz w:val="20"/>
          <w:szCs w:val="20"/>
          <w:lang w:val="nl-NL"/>
        </w:rPr>
        <w:t>Beroepstaak: BT1 – De docent draagt er zorg voor dat hij professioneel is en blijft</w:t>
      </w:r>
      <w:r w:rsidRPr="00983653">
        <w:rPr>
          <w:rFonts w:asciiTheme="majorHAnsi" w:hAnsiTheme="majorHAnsi" w:cstheme="majorHAnsi"/>
          <w:color w:val="555555"/>
          <w:sz w:val="20"/>
          <w:szCs w:val="20"/>
          <w:lang w:val="nl-NL"/>
        </w:rPr>
        <w:br/>
        <w:t>Opleiding: PDG-traject | Datum: 30 oktober 2025 | Vonk Alkmaar</w:t>
      </w:r>
    </w:p>
    <w:p w14:paraId="21923A98" w14:textId="0C12CF52" w:rsidR="0041681D" w:rsidRPr="00983653" w:rsidRDefault="00813147">
      <w:pPr>
        <w:spacing w:after="160"/>
        <w:rPr>
          <w:rFonts w:asciiTheme="majorHAnsi" w:hAnsiTheme="majorHAnsi" w:cstheme="majorHAnsi"/>
          <w:lang w:val="nl-NL"/>
        </w:rPr>
      </w:pPr>
      <w:r w:rsidRPr="00983653">
        <w:rPr>
          <w:rFonts w:asciiTheme="majorHAnsi" w:hAnsiTheme="majorHAnsi" w:cstheme="majorHAnsi"/>
          <w:lang w:val="nl-NL"/>
        </w:rPr>
        <w:t xml:space="preserve">Dit bewijsstuk beschrijft de eerste intervisiebijeenkomst op 30 oktober 2025. Het toont mijn actieve deelname aan collegiale uitwisseling en mijn bereidheid om eigen </w:t>
      </w:r>
      <w:r w:rsidR="00983653" w:rsidRPr="00983653">
        <w:rPr>
          <w:rFonts w:asciiTheme="majorHAnsi" w:hAnsiTheme="majorHAnsi" w:cstheme="majorHAnsi"/>
          <w:lang w:val="nl-NL"/>
        </w:rPr>
        <w:t>casuïstiek</w:t>
      </w:r>
      <w:r w:rsidRPr="00983653">
        <w:rPr>
          <w:rFonts w:asciiTheme="majorHAnsi" w:hAnsiTheme="majorHAnsi" w:cstheme="majorHAnsi"/>
          <w:lang w:val="nl-NL"/>
        </w:rPr>
        <w:t xml:space="preserve"> in te brengen.</w:t>
      </w:r>
    </w:p>
    <w:p w14:paraId="01DE9564" w14:textId="77777777" w:rsidR="0041681D" w:rsidRPr="00983653" w:rsidRDefault="00813147">
      <w:pPr>
        <w:spacing w:after="160"/>
        <w:rPr>
          <w:rFonts w:asciiTheme="majorHAnsi" w:hAnsiTheme="majorHAnsi" w:cstheme="majorHAnsi"/>
          <w:lang w:val="nl-NL"/>
        </w:rPr>
      </w:pPr>
      <w:r w:rsidRPr="00983653">
        <w:rPr>
          <w:rFonts w:asciiTheme="majorHAnsi" w:hAnsiTheme="majorHAnsi" w:cstheme="majorHAnsi"/>
          <w:lang w:val="nl-NL"/>
        </w:rPr>
        <w:t>De eerste bijeenkomst startte met een voorstelronde en een interactieve werkvorm waarbij iedere deelnemer vijf vragen beantwoordde over eigen kwaliteiten, ambities en twijfels. Daarna bracht ik een eigen casus in over een conflict tussen een studente en een collega-docent over het inleveren van een stageverslag. Ik bevond mij in een dubbele positie als mentor die zowel de studente als de collega wilde steunen.</w:t>
      </w:r>
    </w:p>
    <w:p w14:paraId="5315CB55" w14:textId="77777777" w:rsidR="0041681D" w:rsidRPr="00983653" w:rsidRDefault="00813147">
      <w:pPr>
        <w:spacing w:after="160"/>
        <w:rPr>
          <w:rFonts w:asciiTheme="majorHAnsi" w:hAnsiTheme="majorHAnsi" w:cstheme="majorHAnsi"/>
          <w:lang w:val="nl-NL"/>
        </w:rPr>
      </w:pPr>
      <w:r w:rsidRPr="00983653">
        <w:rPr>
          <w:rFonts w:asciiTheme="majorHAnsi" w:hAnsiTheme="majorHAnsi" w:cstheme="majorHAnsi"/>
          <w:lang w:val="nl-NL"/>
        </w:rPr>
        <w:t>Vanuit de intervisiegroep kwamen praktische adviezen: het eenmalig laten vervallen van de extra opdracht en het afspreken dat studenten voortaan een bevestigingsmail sturen bij inlevering. De conclusie was dat mijn collega terecht had gehandeld maar dat de communicatie richting de studente zorgvuldiger had gekund.</w:t>
      </w:r>
    </w:p>
    <w:p w14:paraId="062669F4" w14:textId="77777777" w:rsidR="0041681D" w:rsidRPr="00983653" w:rsidRDefault="00813147">
      <w:pPr>
        <w:spacing w:after="160"/>
        <w:rPr>
          <w:rFonts w:asciiTheme="majorHAnsi" w:hAnsiTheme="majorHAnsi" w:cstheme="majorHAnsi"/>
          <w:lang w:val="nl-NL"/>
        </w:rPr>
      </w:pPr>
      <w:r w:rsidRPr="00983653">
        <w:rPr>
          <w:rFonts w:asciiTheme="majorHAnsi" w:hAnsiTheme="majorHAnsi" w:cstheme="majorHAnsi"/>
          <w:lang w:val="nl-NL"/>
        </w:rPr>
        <w:t>Geerts en Van Kralingen (2025) beschrijven in de reflectiespiraal (figuur 12.2) hoe professioneel leren verloopt via vijf stappen: handelen en ervaren, terugblikken, bewustwording van essentiële aspecten, alternatieven ontwikkelen en kiezen, en uitproberen in nieuwe situaties. Intervisie is voor mij een concrete toepassing van deze spiraal: ik blik terug op mijn eigen handelen, word mij bewust van wat er speelde en neem alternatieven mee naar mijn praktijk.</w:t>
      </w:r>
    </w:p>
    <w:p w14:paraId="5744A5CB" w14:textId="03B4A9D8" w:rsidR="0041681D" w:rsidRDefault="0041681D">
      <w:pPr>
        <w:spacing w:after="160"/>
      </w:pPr>
    </w:p>
    <w:sectPr w:rsidR="0041681D"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jstnummering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jstnummering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jstopsomteken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jstopsomteken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jstnummering"/>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jstopsomteken"/>
      <w:lvlText w:val=""/>
      <w:lvlJc w:val="left"/>
      <w:pPr>
        <w:tabs>
          <w:tab w:val="num" w:pos="360"/>
        </w:tabs>
        <w:ind w:left="360" w:hanging="360"/>
      </w:pPr>
      <w:rPr>
        <w:rFonts w:ascii="Symbol" w:hAnsi="Symbol" w:hint="default"/>
      </w:rPr>
    </w:lvl>
  </w:abstractNum>
  <w:num w:numId="1" w16cid:durableId="645278384">
    <w:abstractNumId w:val="8"/>
  </w:num>
  <w:num w:numId="2" w16cid:durableId="498808413">
    <w:abstractNumId w:val="6"/>
  </w:num>
  <w:num w:numId="3" w16cid:durableId="915092407">
    <w:abstractNumId w:val="5"/>
  </w:num>
  <w:num w:numId="4" w16cid:durableId="180240157">
    <w:abstractNumId w:val="4"/>
  </w:num>
  <w:num w:numId="5" w16cid:durableId="1748767444">
    <w:abstractNumId w:val="7"/>
  </w:num>
  <w:num w:numId="6" w16cid:durableId="1071998986">
    <w:abstractNumId w:val="3"/>
  </w:num>
  <w:num w:numId="7" w16cid:durableId="1434518983">
    <w:abstractNumId w:val="2"/>
  </w:num>
  <w:num w:numId="8" w16cid:durableId="1280836584">
    <w:abstractNumId w:val="1"/>
  </w:num>
  <w:num w:numId="9" w16cid:durableId="97256469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47730"/>
    <w:rsid w:val="00034616"/>
    <w:rsid w:val="0006063C"/>
    <w:rsid w:val="0015074B"/>
    <w:rsid w:val="0029639D"/>
    <w:rsid w:val="00326F90"/>
    <w:rsid w:val="0041681D"/>
    <w:rsid w:val="00813147"/>
    <w:rsid w:val="00983653"/>
    <w:rsid w:val="00AA1D8D"/>
    <w:rsid w:val="00B47730"/>
    <w:rsid w:val="00CB0664"/>
    <w:rsid w:val="00EB0081"/>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4062061"/>
  <w14:defaultImageDpi w14:val="300"/>
  <w15:docId w15:val="{BD66A775-C600-4EB0-BCDA-FB3DB6630B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FC693F"/>
    <w:rPr>
      <w:rFonts w:ascii="Arial" w:hAnsi="Arial"/>
    </w:rPr>
  </w:style>
  <w:style w:type="paragraph" w:styleId="Kop1">
    <w:name w:val="heading 1"/>
    <w:basedOn w:val="Standaard"/>
    <w:next w:val="Standaard"/>
    <w:link w:val="Kop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Kop2">
    <w:name w:val="heading 2"/>
    <w:basedOn w:val="Standaard"/>
    <w:next w:val="Standaard"/>
    <w:link w:val="Kop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Kop3">
    <w:name w:val="heading 3"/>
    <w:basedOn w:val="Standaard"/>
    <w:next w:val="Standaard"/>
    <w:link w:val="Kop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Kop4">
    <w:name w:val="heading 4"/>
    <w:basedOn w:val="Standaard"/>
    <w:next w:val="Standaard"/>
    <w:link w:val="Kop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Kop5">
    <w:name w:val="heading 5"/>
    <w:basedOn w:val="Standaard"/>
    <w:next w:val="Standaard"/>
    <w:link w:val="Kop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Kop6">
    <w:name w:val="heading 6"/>
    <w:basedOn w:val="Standaard"/>
    <w:next w:val="Standaard"/>
    <w:link w:val="Kop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Kop7">
    <w:name w:val="heading 7"/>
    <w:basedOn w:val="Standaard"/>
    <w:next w:val="Standaard"/>
    <w:link w:val="Kop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Kop8">
    <w:name w:val="heading 8"/>
    <w:basedOn w:val="Standaard"/>
    <w:next w:val="Standaard"/>
    <w:link w:val="Kop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Kop9">
    <w:name w:val="heading 9"/>
    <w:basedOn w:val="Standaard"/>
    <w:next w:val="Standaard"/>
    <w:link w:val="Kop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E618BF"/>
    <w:pPr>
      <w:tabs>
        <w:tab w:val="center" w:pos="4680"/>
        <w:tab w:val="right" w:pos="9360"/>
      </w:tabs>
      <w:spacing w:after="0" w:line="240" w:lineRule="auto"/>
    </w:pPr>
  </w:style>
  <w:style w:type="character" w:customStyle="1" w:styleId="KoptekstChar">
    <w:name w:val="Koptekst Char"/>
    <w:basedOn w:val="Standaardalinea-lettertype"/>
    <w:link w:val="Koptekst"/>
    <w:uiPriority w:val="99"/>
    <w:rsid w:val="00E618BF"/>
  </w:style>
  <w:style w:type="paragraph" w:styleId="Voettekst">
    <w:name w:val="footer"/>
    <w:basedOn w:val="Standaard"/>
    <w:link w:val="VoettekstChar"/>
    <w:uiPriority w:val="99"/>
    <w:unhideWhenUsed/>
    <w:rsid w:val="00E618BF"/>
    <w:pPr>
      <w:tabs>
        <w:tab w:val="center" w:pos="4680"/>
        <w:tab w:val="right" w:pos="9360"/>
      </w:tabs>
      <w:spacing w:after="0" w:line="240" w:lineRule="auto"/>
    </w:pPr>
  </w:style>
  <w:style w:type="character" w:customStyle="1" w:styleId="VoettekstChar">
    <w:name w:val="Voettekst Char"/>
    <w:basedOn w:val="Standaardalinea-lettertype"/>
    <w:link w:val="Voettekst"/>
    <w:uiPriority w:val="99"/>
    <w:rsid w:val="00E618BF"/>
  </w:style>
  <w:style w:type="paragraph" w:styleId="Geenafstand">
    <w:name w:val="No Spacing"/>
    <w:uiPriority w:val="1"/>
    <w:qFormat/>
    <w:rsid w:val="00FC693F"/>
    <w:pPr>
      <w:spacing w:after="0" w:line="240" w:lineRule="auto"/>
    </w:pPr>
  </w:style>
  <w:style w:type="character" w:customStyle="1" w:styleId="Kop1Char">
    <w:name w:val="Kop 1 Char"/>
    <w:basedOn w:val="Standaardalinea-lettertype"/>
    <w:link w:val="Kop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Kop2Char">
    <w:name w:val="Kop 2 Char"/>
    <w:basedOn w:val="Standaardalinea-lettertype"/>
    <w:link w:val="Kop2"/>
    <w:uiPriority w:val="9"/>
    <w:rsid w:val="00FC693F"/>
    <w:rPr>
      <w:rFonts w:asciiTheme="majorHAnsi" w:eastAsiaTheme="majorEastAsia" w:hAnsiTheme="majorHAnsi" w:cstheme="majorBidi"/>
      <w:b/>
      <w:bCs/>
      <w:color w:val="4F81BD" w:themeColor="accent1"/>
      <w:sz w:val="26"/>
      <w:szCs w:val="26"/>
    </w:rPr>
  </w:style>
  <w:style w:type="character" w:customStyle="1" w:styleId="Kop3Char">
    <w:name w:val="Kop 3 Char"/>
    <w:basedOn w:val="Standaardalinea-lettertype"/>
    <w:link w:val="Kop3"/>
    <w:uiPriority w:val="9"/>
    <w:rsid w:val="00FC693F"/>
    <w:rPr>
      <w:rFonts w:asciiTheme="majorHAnsi" w:eastAsiaTheme="majorEastAsia" w:hAnsiTheme="majorHAnsi" w:cstheme="majorBidi"/>
      <w:b/>
      <w:bCs/>
      <w:color w:val="4F81BD" w:themeColor="accent1"/>
    </w:rPr>
  </w:style>
  <w:style w:type="paragraph" w:styleId="Titel">
    <w:name w:val="Title"/>
    <w:basedOn w:val="Standaard"/>
    <w:next w:val="Standaard"/>
    <w:link w:val="Titel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elChar">
    <w:name w:val="Titel Char"/>
    <w:basedOn w:val="Standaardalinea-lettertype"/>
    <w:link w:val="Titel"/>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Ondertitel">
    <w:name w:val="Subtitle"/>
    <w:basedOn w:val="Standaard"/>
    <w:next w:val="Standaard"/>
    <w:link w:val="Ondertitel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OndertitelChar">
    <w:name w:val="Ondertitel Char"/>
    <w:basedOn w:val="Standaardalinea-lettertype"/>
    <w:link w:val="Ondertitel"/>
    <w:uiPriority w:val="11"/>
    <w:rsid w:val="00FC693F"/>
    <w:rPr>
      <w:rFonts w:asciiTheme="majorHAnsi" w:eastAsiaTheme="majorEastAsia" w:hAnsiTheme="majorHAnsi" w:cstheme="majorBidi"/>
      <w:i/>
      <w:iCs/>
      <w:color w:val="4F81BD" w:themeColor="accent1"/>
      <w:spacing w:val="15"/>
      <w:sz w:val="24"/>
      <w:szCs w:val="24"/>
    </w:rPr>
  </w:style>
  <w:style w:type="paragraph" w:styleId="Lijstalinea">
    <w:name w:val="List Paragraph"/>
    <w:basedOn w:val="Standaard"/>
    <w:uiPriority w:val="34"/>
    <w:qFormat/>
    <w:rsid w:val="00FC693F"/>
    <w:pPr>
      <w:ind w:left="720"/>
      <w:contextualSpacing/>
    </w:pPr>
  </w:style>
  <w:style w:type="paragraph" w:styleId="Plattetekst">
    <w:name w:val="Body Text"/>
    <w:basedOn w:val="Standaard"/>
    <w:link w:val="PlattetekstChar"/>
    <w:uiPriority w:val="99"/>
    <w:unhideWhenUsed/>
    <w:rsid w:val="00AA1D8D"/>
    <w:pPr>
      <w:spacing w:after="120"/>
    </w:pPr>
  </w:style>
  <w:style w:type="character" w:customStyle="1" w:styleId="PlattetekstChar">
    <w:name w:val="Platte tekst Char"/>
    <w:basedOn w:val="Standaardalinea-lettertype"/>
    <w:link w:val="Plattetekst"/>
    <w:uiPriority w:val="99"/>
    <w:rsid w:val="00AA1D8D"/>
  </w:style>
  <w:style w:type="paragraph" w:styleId="Plattetekst2">
    <w:name w:val="Body Text 2"/>
    <w:basedOn w:val="Standaard"/>
    <w:link w:val="Plattetekst2Char"/>
    <w:uiPriority w:val="99"/>
    <w:unhideWhenUsed/>
    <w:rsid w:val="00AA1D8D"/>
    <w:pPr>
      <w:spacing w:after="120" w:line="480" w:lineRule="auto"/>
    </w:pPr>
  </w:style>
  <w:style w:type="character" w:customStyle="1" w:styleId="Plattetekst2Char">
    <w:name w:val="Platte tekst 2 Char"/>
    <w:basedOn w:val="Standaardalinea-lettertype"/>
    <w:link w:val="Plattetekst2"/>
    <w:uiPriority w:val="99"/>
    <w:rsid w:val="00AA1D8D"/>
  </w:style>
  <w:style w:type="paragraph" w:styleId="Plattetekst3">
    <w:name w:val="Body Text 3"/>
    <w:basedOn w:val="Standaard"/>
    <w:link w:val="Plattetekst3Char"/>
    <w:uiPriority w:val="99"/>
    <w:unhideWhenUsed/>
    <w:rsid w:val="00AA1D8D"/>
    <w:pPr>
      <w:spacing w:after="120"/>
    </w:pPr>
    <w:rPr>
      <w:sz w:val="16"/>
      <w:szCs w:val="16"/>
    </w:rPr>
  </w:style>
  <w:style w:type="character" w:customStyle="1" w:styleId="Plattetekst3Char">
    <w:name w:val="Platte tekst 3 Char"/>
    <w:basedOn w:val="Standaardalinea-lettertype"/>
    <w:link w:val="Plattetekst3"/>
    <w:uiPriority w:val="99"/>
    <w:rsid w:val="00AA1D8D"/>
    <w:rPr>
      <w:sz w:val="16"/>
      <w:szCs w:val="16"/>
    </w:rPr>
  </w:style>
  <w:style w:type="paragraph" w:styleId="Lijst">
    <w:name w:val="List"/>
    <w:basedOn w:val="Standaard"/>
    <w:uiPriority w:val="99"/>
    <w:unhideWhenUsed/>
    <w:rsid w:val="00AA1D8D"/>
    <w:pPr>
      <w:ind w:left="360" w:hanging="360"/>
      <w:contextualSpacing/>
    </w:pPr>
  </w:style>
  <w:style w:type="paragraph" w:styleId="Lijst2">
    <w:name w:val="List 2"/>
    <w:basedOn w:val="Standaard"/>
    <w:uiPriority w:val="99"/>
    <w:unhideWhenUsed/>
    <w:rsid w:val="00326F90"/>
    <w:pPr>
      <w:ind w:left="720" w:hanging="360"/>
      <w:contextualSpacing/>
    </w:pPr>
  </w:style>
  <w:style w:type="paragraph" w:styleId="Lijst3">
    <w:name w:val="List 3"/>
    <w:basedOn w:val="Standaard"/>
    <w:uiPriority w:val="99"/>
    <w:unhideWhenUsed/>
    <w:rsid w:val="00326F90"/>
    <w:pPr>
      <w:ind w:left="1080" w:hanging="360"/>
      <w:contextualSpacing/>
    </w:pPr>
  </w:style>
  <w:style w:type="paragraph" w:styleId="Lijstopsomteken">
    <w:name w:val="List Bullet"/>
    <w:basedOn w:val="Standaard"/>
    <w:uiPriority w:val="99"/>
    <w:unhideWhenUsed/>
    <w:rsid w:val="00326F90"/>
    <w:pPr>
      <w:numPr>
        <w:numId w:val="1"/>
      </w:numPr>
      <w:contextualSpacing/>
    </w:pPr>
  </w:style>
  <w:style w:type="paragraph" w:styleId="Lijstopsomteken2">
    <w:name w:val="List Bullet 2"/>
    <w:basedOn w:val="Standaard"/>
    <w:uiPriority w:val="99"/>
    <w:unhideWhenUsed/>
    <w:rsid w:val="00326F90"/>
    <w:pPr>
      <w:numPr>
        <w:numId w:val="2"/>
      </w:numPr>
      <w:contextualSpacing/>
    </w:pPr>
  </w:style>
  <w:style w:type="paragraph" w:styleId="Lijstopsomteken3">
    <w:name w:val="List Bullet 3"/>
    <w:basedOn w:val="Standaard"/>
    <w:uiPriority w:val="99"/>
    <w:unhideWhenUsed/>
    <w:rsid w:val="00326F90"/>
    <w:pPr>
      <w:numPr>
        <w:numId w:val="3"/>
      </w:numPr>
      <w:contextualSpacing/>
    </w:pPr>
  </w:style>
  <w:style w:type="paragraph" w:styleId="Lijstnummering">
    <w:name w:val="List Number"/>
    <w:basedOn w:val="Standaard"/>
    <w:uiPriority w:val="99"/>
    <w:unhideWhenUsed/>
    <w:rsid w:val="00326F90"/>
    <w:pPr>
      <w:numPr>
        <w:numId w:val="5"/>
      </w:numPr>
      <w:contextualSpacing/>
    </w:pPr>
  </w:style>
  <w:style w:type="paragraph" w:styleId="Lijstnummering2">
    <w:name w:val="List Number 2"/>
    <w:basedOn w:val="Standaard"/>
    <w:uiPriority w:val="99"/>
    <w:unhideWhenUsed/>
    <w:rsid w:val="0029639D"/>
    <w:pPr>
      <w:numPr>
        <w:numId w:val="6"/>
      </w:numPr>
      <w:contextualSpacing/>
    </w:pPr>
  </w:style>
  <w:style w:type="paragraph" w:styleId="Lijstnummering3">
    <w:name w:val="List Number 3"/>
    <w:basedOn w:val="Standaard"/>
    <w:uiPriority w:val="99"/>
    <w:unhideWhenUsed/>
    <w:rsid w:val="0029639D"/>
    <w:pPr>
      <w:numPr>
        <w:numId w:val="7"/>
      </w:numPr>
      <w:contextualSpacing/>
    </w:pPr>
  </w:style>
  <w:style w:type="paragraph" w:styleId="Lijstvoortzetting">
    <w:name w:val="List Continue"/>
    <w:basedOn w:val="Standaard"/>
    <w:uiPriority w:val="99"/>
    <w:unhideWhenUsed/>
    <w:rsid w:val="0029639D"/>
    <w:pPr>
      <w:spacing w:after="120"/>
      <w:ind w:left="360"/>
      <w:contextualSpacing/>
    </w:pPr>
  </w:style>
  <w:style w:type="paragraph" w:styleId="Lijstvoortzetting2">
    <w:name w:val="List Continue 2"/>
    <w:basedOn w:val="Standaard"/>
    <w:uiPriority w:val="99"/>
    <w:unhideWhenUsed/>
    <w:rsid w:val="0029639D"/>
    <w:pPr>
      <w:spacing w:after="120"/>
      <w:ind w:left="720"/>
      <w:contextualSpacing/>
    </w:pPr>
  </w:style>
  <w:style w:type="paragraph" w:styleId="Lijstvoortzetting3">
    <w:name w:val="List Continue 3"/>
    <w:basedOn w:val="Standaard"/>
    <w:uiPriority w:val="99"/>
    <w:unhideWhenUsed/>
    <w:rsid w:val="0029639D"/>
    <w:pPr>
      <w:spacing w:after="120"/>
      <w:ind w:left="1080"/>
      <w:contextualSpacing/>
    </w:pPr>
  </w:style>
  <w:style w:type="paragraph" w:styleId="Macrotekst">
    <w:name w:val="macro"/>
    <w:link w:val="Macroteks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kstChar">
    <w:name w:val="Macrotekst Char"/>
    <w:basedOn w:val="Standaardalinea-lettertype"/>
    <w:link w:val="Macrotekst"/>
    <w:uiPriority w:val="99"/>
    <w:rsid w:val="0029639D"/>
    <w:rPr>
      <w:rFonts w:ascii="Courier" w:hAnsi="Courier"/>
      <w:sz w:val="20"/>
      <w:szCs w:val="20"/>
    </w:rPr>
  </w:style>
  <w:style w:type="paragraph" w:styleId="Citaat">
    <w:name w:val="Quote"/>
    <w:basedOn w:val="Standaard"/>
    <w:next w:val="Standaard"/>
    <w:link w:val="CitaatChar"/>
    <w:uiPriority w:val="29"/>
    <w:qFormat/>
    <w:rsid w:val="00FC693F"/>
    <w:rPr>
      <w:i/>
      <w:iCs/>
      <w:color w:val="000000" w:themeColor="text1"/>
    </w:rPr>
  </w:style>
  <w:style w:type="character" w:customStyle="1" w:styleId="CitaatChar">
    <w:name w:val="Citaat Char"/>
    <w:basedOn w:val="Standaardalinea-lettertype"/>
    <w:link w:val="Citaat"/>
    <w:uiPriority w:val="29"/>
    <w:rsid w:val="00FC693F"/>
    <w:rPr>
      <w:i/>
      <w:iCs/>
      <w:color w:val="000000" w:themeColor="text1"/>
    </w:rPr>
  </w:style>
  <w:style w:type="character" w:customStyle="1" w:styleId="Kop4Char">
    <w:name w:val="Kop 4 Char"/>
    <w:basedOn w:val="Standaardalinea-lettertype"/>
    <w:link w:val="Kop4"/>
    <w:uiPriority w:val="9"/>
    <w:semiHidden/>
    <w:rsid w:val="00FC693F"/>
    <w:rPr>
      <w:rFonts w:asciiTheme="majorHAnsi" w:eastAsiaTheme="majorEastAsia" w:hAnsiTheme="majorHAnsi" w:cstheme="majorBidi"/>
      <w:b/>
      <w:bCs/>
      <w:i/>
      <w:iCs/>
      <w:color w:val="4F81BD" w:themeColor="accent1"/>
    </w:rPr>
  </w:style>
  <w:style w:type="character" w:customStyle="1" w:styleId="Kop5Char">
    <w:name w:val="Kop 5 Char"/>
    <w:basedOn w:val="Standaardalinea-lettertype"/>
    <w:link w:val="Kop5"/>
    <w:uiPriority w:val="9"/>
    <w:semiHidden/>
    <w:rsid w:val="00FC693F"/>
    <w:rPr>
      <w:rFonts w:asciiTheme="majorHAnsi" w:eastAsiaTheme="majorEastAsia" w:hAnsiTheme="majorHAnsi" w:cstheme="majorBidi"/>
      <w:color w:val="243F60" w:themeColor="accent1" w:themeShade="7F"/>
    </w:rPr>
  </w:style>
  <w:style w:type="character" w:customStyle="1" w:styleId="Kop6Char">
    <w:name w:val="Kop 6 Char"/>
    <w:basedOn w:val="Standaardalinea-lettertype"/>
    <w:link w:val="Kop6"/>
    <w:uiPriority w:val="9"/>
    <w:semiHidden/>
    <w:rsid w:val="00FC693F"/>
    <w:rPr>
      <w:rFonts w:asciiTheme="majorHAnsi" w:eastAsiaTheme="majorEastAsia" w:hAnsiTheme="majorHAnsi" w:cstheme="majorBidi"/>
      <w:i/>
      <w:iCs/>
      <w:color w:val="243F60" w:themeColor="accent1" w:themeShade="7F"/>
    </w:rPr>
  </w:style>
  <w:style w:type="character" w:customStyle="1" w:styleId="Kop7Char">
    <w:name w:val="Kop 7 Char"/>
    <w:basedOn w:val="Standaardalinea-lettertype"/>
    <w:link w:val="Kop7"/>
    <w:uiPriority w:val="9"/>
    <w:semiHidden/>
    <w:rsid w:val="00FC693F"/>
    <w:rPr>
      <w:rFonts w:asciiTheme="majorHAnsi" w:eastAsiaTheme="majorEastAsia" w:hAnsiTheme="majorHAnsi" w:cstheme="majorBidi"/>
      <w:i/>
      <w:iCs/>
      <w:color w:val="404040" w:themeColor="text1" w:themeTint="BF"/>
    </w:rPr>
  </w:style>
  <w:style w:type="character" w:customStyle="1" w:styleId="Kop8Char">
    <w:name w:val="Kop 8 Char"/>
    <w:basedOn w:val="Standaardalinea-lettertype"/>
    <w:link w:val="Kop8"/>
    <w:uiPriority w:val="9"/>
    <w:semiHidden/>
    <w:rsid w:val="00FC693F"/>
    <w:rPr>
      <w:rFonts w:asciiTheme="majorHAnsi" w:eastAsiaTheme="majorEastAsia" w:hAnsiTheme="majorHAnsi" w:cstheme="majorBidi"/>
      <w:color w:val="4F81BD" w:themeColor="accent1"/>
      <w:sz w:val="20"/>
      <w:szCs w:val="20"/>
    </w:rPr>
  </w:style>
  <w:style w:type="character" w:customStyle="1" w:styleId="Kop9Char">
    <w:name w:val="Kop 9 Char"/>
    <w:basedOn w:val="Standaardalinea-lettertype"/>
    <w:link w:val="Kop9"/>
    <w:uiPriority w:val="9"/>
    <w:semiHidden/>
    <w:rsid w:val="00FC693F"/>
    <w:rPr>
      <w:rFonts w:asciiTheme="majorHAnsi" w:eastAsiaTheme="majorEastAsia" w:hAnsiTheme="majorHAnsi" w:cstheme="majorBidi"/>
      <w:i/>
      <w:iCs/>
      <w:color w:val="404040" w:themeColor="text1" w:themeTint="BF"/>
      <w:sz w:val="20"/>
      <w:szCs w:val="20"/>
    </w:rPr>
  </w:style>
  <w:style w:type="paragraph" w:styleId="Bijschrift">
    <w:name w:val="caption"/>
    <w:basedOn w:val="Standaard"/>
    <w:next w:val="Standaard"/>
    <w:uiPriority w:val="35"/>
    <w:semiHidden/>
    <w:unhideWhenUsed/>
    <w:qFormat/>
    <w:rsid w:val="00FC693F"/>
    <w:pPr>
      <w:spacing w:line="240" w:lineRule="auto"/>
    </w:pPr>
    <w:rPr>
      <w:b/>
      <w:bCs/>
      <w:color w:val="4F81BD" w:themeColor="accent1"/>
      <w:sz w:val="18"/>
      <w:szCs w:val="18"/>
    </w:rPr>
  </w:style>
  <w:style w:type="character" w:styleId="Zwaar">
    <w:name w:val="Strong"/>
    <w:basedOn w:val="Standaardalinea-lettertype"/>
    <w:uiPriority w:val="22"/>
    <w:qFormat/>
    <w:rsid w:val="00FC693F"/>
    <w:rPr>
      <w:b/>
      <w:bCs/>
    </w:rPr>
  </w:style>
  <w:style w:type="character" w:styleId="Nadruk">
    <w:name w:val="Emphasis"/>
    <w:basedOn w:val="Standaardalinea-lettertype"/>
    <w:uiPriority w:val="20"/>
    <w:qFormat/>
    <w:rsid w:val="00FC693F"/>
    <w:rPr>
      <w:i/>
      <w:iCs/>
    </w:rPr>
  </w:style>
  <w:style w:type="paragraph" w:styleId="Duidelijkcitaat">
    <w:name w:val="Intense Quote"/>
    <w:basedOn w:val="Standaard"/>
    <w:next w:val="Standaard"/>
    <w:link w:val="Duidelijkcitaat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DuidelijkcitaatChar">
    <w:name w:val="Duidelijk citaat Char"/>
    <w:basedOn w:val="Standaardalinea-lettertype"/>
    <w:link w:val="Duidelijkcitaat"/>
    <w:uiPriority w:val="30"/>
    <w:rsid w:val="00FC693F"/>
    <w:rPr>
      <w:b/>
      <w:bCs/>
      <w:i/>
      <w:iCs/>
      <w:color w:val="4F81BD" w:themeColor="accent1"/>
    </w:rPr>
  </w:style>
  <w:style w:type="character" w:styleId="Subtielebenadrukking">
    <w:name w:val="Subtle Emphasis"/>
    <w:basedOn w:val="Standaardalinea-lettertype"/>
    <w:uiPriority w:val="19"/>
    <w:qFormat/>
    <w:rsid w:val="00FC693F"/>
    <w:rPr>
      <w:i/>
      <w:iCs/>
      <w:color w:val="808080" w:themeColor="text1" w:themeTint="7F"/>
    </w:rPr>
  </w:style>
  <w:style w:type="character" w:styleId="Intensievebenadrukking">
    <w:name w:val="Intense Emphasis"/>
    <w:basedOn w:val="Standaardalinea-lettertype"/>
    <w:uiPriority w:val="21"/>
    <w:qFormat/>
    <w:rsid w:val="00FC693F"/>
    <w:rPr>
      <w:b/>
      <w:bCs/>
      <w:i/>
      <w:iCs/>
      <w:color w:val="4F81BD" w:themeColor="accent1"/>
    </w:rPr>
  </w:style>
  <w:style w:type="character" w:styleId="Subtieleverwijzing">
    <w:name w:val="Subtle Reference"/>
    <w:basedOn w:val="Standaardalinea-lettertype"/>
    <w:uiPriority w:val="31"/>
    <w:qFormat/>
    <w:rsid w:val="00FC693F"/>
    <w:rPr>
      <w:smallCaps/>
      <w:color w:val="C0504D" w:themeColor="accent2"/>
      <w:u w:val="single"/>
    </w:rPr>
  </w:style>
  <w:style w:type="character" w:styleId="Intensieveverwijzing">
    <w:name w:val="Intense Reference"/>
    <w:basedOn w:val="Standaardalinea-lettertype"/>
    <w:uiPriority w:val="32"/>
    <w:qFormat/>
    <w:rsid w:val="00FC693F"/>
    <w:rPr>
      <w:b/>
      <w:bCs/>
      <w:smallCaps/>
      <w:color w:val="C0504D" w:themeColor="accent2"/>
      <w:spacing w:val="5"/>
      <w:u w:val="single"/>
    </w:rPr>
  </w:style>
  <w:style w:type="character" w:styleId="Titelvanboek">
    <w:name w:val="Book Title"/>
    <w:basedOn w:val="Standaardalinea-lettertype"/>
    <w:uiPriority w:val="33"/>
    <w:qFormat/>
    <w:rsid w:val="00FC693F"/>
    <w:rPr>
      <w:b/>
      <w:bCs/>
      <w:smallCaps/>
      <w:spacing w:val="5"/>
    </w:rPr>
  </w:style>
  <w:style w:type="paragraph" w:styleId="Kopvaninhoudsopgave">
    <w:name w:val="TOC Heading"/>
    <w:basedOn w:val="Kop1"/>
    <w:next w:val="Standaard"/>
    <w:uiPriority w:val="39"/>
    <w:semiHidden/>
    <w:unhideWhenUsed/>
    <w:qFormat/>
    <w:rsid w:val="00FC693F"/>
    <w:pPr>
      <w:outlineLvl w:val="9"/>
    </w:pPr>
  </w:style>
  <w:style w:type="table" w:styleId="Tabelraster">
    <w:name w:val="Table Grid"/>
    <w:basedOn w:val="Standaardtabe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chtearcering">
    <w:name w:val="Light Shading"/>
    <w:basedOn w:val="Standaardtabe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chtearcering-accent1">
    <w:name w:val="Light Shading Accent 1"/>
    <w:basedOn w:val="Standaardtabe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chtearcering-accent2">
    <w:name w:val="Light Shading Accent 2"/>
    <w:basedOn w:val="Standaardtabe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chtearcering-accent3">
    <w:name w:val="Light Shading Accent 3"/>
    <w:basedOn w:val="Standaardtabe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chtearcering-accent4">
    <w:name w:val="Light Shading Accent 4"/>
    <w:basedOn w:val="Standaardtabe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chtearcering-accent5">
    <w:name w:val="Light Shading Accent 5"/>
    <w:basedOn w:val="Standaardtabe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chtearcering-accent6">
    <w:name w:val="Light Shading Accent 6"/>
    <w:basedOn w:val="Standaardtabe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chtelijst">
    <w:name w:val="Light List"/>
    <w:basedOn w:val="Standaardtabe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chtelijst-accent1">
    <w:name w:val="Light List Accent 1"/>
    <w:basedOn w:val="Standaardtabe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chtelijst-accent2">
    <w:name w:val="Light List Accent 2"/>
    <w:basedOn w:val="Standaardtabe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chtelijst-accent3">
    <w:name w:val="Light List Accent 3"/>
    <w:basedOn w:val="Standaardtabe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chtelijst-accent4">
    <w:name w:val="Light List Accent 4"/>
    <w:basedOn w:val="Standaardtabe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chtelijst-accent5">
    <w:name w:val="Light List Accent 5"/>
    <w:basedOn w:val="Standaardtabe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chtelijst-accent6">
    <w:name w:val="Light List Accent 6"/>
    <w:basedOn w:val="Standaardtabe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chtraster">
    <w:name w:val="Light Grid"/>
    <w:basedOn w:val="Standaardtabe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chtraster-accent1">
    <w:name w:val="Light Grid Accent 1"/>
    <w:basedOn w:val="Standaardtabe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chtraster-accent2">
    <w:name w:val="Light Grid Accent 2"/>
    <w:basedOn w:val="Standaardtabe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chtraster-accent3">
    <w:name w:val="Light Grid Accent 3"/>
    <w:basedOn w:val="Standaardtabe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chtraster-accent4">
    <w:name w:val="Light Grid Accent 4"/>
    <w:basedOn w:val="Standaardtabe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chtraster-accent5">
    <w:name w:val="Light Grid Accent 5"/>
    <w:basedOn w:val="Standaardtabe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chtraster-accent6">
    <w:name w:val="Light Grid Accent 6"/>
    <w:basedOn w:val="Standaardtabe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Gemiddeldearcering1">
    <w:name w:val="Medium Shading 1"/>
    <w:basedOn w:val="Standaardtabe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Gemiddeldearcering1-accent1">
    <w:name w:val="Medium Shading 1 Accent 1"/>
    <w:basedOn w:val="Standaardtabe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Gemiddeldearcering1-accent2">
    <w:name w:val="Medium Shading 1 Accent 2"/>
    <w:basedOn w:val="Standaardtabe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Gemiddeldearcering1-accent3">
    <w:name w:val="Medium Shading 1 Accent 3"/>
    <w:basedOn w:val="Standaardtabe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Gemiddeldearcering1-accent4">
    <w:name w:val="Medium Shading 1 Accent 4"/>
    <w:basedOn w:val="Standaardtabe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Gemiddeldearcering1-accent5">
    <w:name w:val="Medium Shading 1 Accent 5"/>
    <w:basedOn w:val="Standaardtabe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Gemiddeldearcering1-accent6">
    <w:name w:val="Medium Shading 1 Accent 6"/>
    <w:basedOn w:val="Standaardtabe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Gemiddeldearcering2">
    <w:name w:val="Medium Shading 2"/>
    <w:basedOn w:val="Standaardtabe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Gemiddeldearcering2-accent1">
    <w:name w:val="Medium Shading 2 Accent 1"/>
    <w:basedOn w:val="Standaardtabe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Gemiddeldearcering2-accent2">
    <w:name w:val="Medium Shading 2 Accent 2"/>
    <w:basedOn w:val="Standaardtabe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Gemiddeldearcering2-accent3">
    <w:name w:val="Medium Shading 2 Accent 3"/>
    <w:basedOn w:val="Standaardtabe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Gemiddeldearcering2-accent4">
    <w:name w:val="Medium Shading 2 Accent 4"/>
    <w:basedOn w:val="Standaardtabe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Gemiddeldearcering2-accent5">
    <w:name w:val="Medium Shading 2 Accent 5"/>
    <w:basedOn w:val="Standaardtabe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Gemiddeldearcering2-accent6">
    <w:name w:val="Medium Shading 2 Accent 6"/>
    <w:basedOn w:val="Standaardtabe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Gemiddeldelijst1">
    <w:name w:val="Medium List 1"/>
    <w:basedOn w:val="Standaardtabe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Gemiddeldelijst1-accent1">
    <w:name w:val="Medium List 1 Accent 1"/>
    <w:basedOn w:val="Standaardtabe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Gemiddeldelijst1-accent2">
    <w:name w:val="Medium List 1 Accent 2"/>
    <w:basedOn w:val="Standaardtabe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Gemiddeldelijst1-accent3">
    <w:name w:val="Medium List 1 Accent 3"/>
    <w:basedOn w:val="Standaardtabe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Gemiddeldelijst1-accent4">
    <w:name w:val="Medium List 1 Accent 4"/>
    <w:basedOn w:val="Standaardtabe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Gemiddeldelijst1-accent5">
    <w:name w:val="Medium List 1 Accent 5"/>
    <w:basedOn w:val="Standaardtabe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Gemiddeldelijst1-accent6">
    <w:name w:val="Medium List 1 Accent 6"/>
    <w:basedOn w:val="Standaardtabe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Gemiddeldelijst2">
    <w:name w:val="Medium List 2"/>
    <w:basedOn w:val="Standaardtabe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Gemiddeldelijst2-accent1">
    <w:name w:val="Medium List 2 Accent 1"/>
    <w:basedOn w:val="Standaardtabe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Gemiddeldelijst2-accent2">
    <w:name w:val="Medium List 2 Accent 2"/>
    <w:basedOn w:val="Standaardtabe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Gemiddeldelijst2-accent3">
    <w:name w:val="Medium List 2 Accent 3"/>
    <w:basedOn w:val="Standaardtabe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Gemiddeldelijst2-accent4">
    <w:name w:val="Medium List 2 Accent 4"/>
    <w:basedOn w:val="Standaardtabe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Gemiddeldelijst2-accent5">
    <w:name w:val="Medium List 2 Accent 5"/>
    <w:basedOn w:val="Standaardtabe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Gemiddeldelijst2-accent6">
    <w:name w:val="Medium List 2 Accent 6"/>
    <w:basedOn w:val="Standaardtabe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Gemiddeldraster1">
    <w:name w:val="Medium Grid 1"/>
    <w:basedOn w:val="Standaardtabe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Gemiddeldraster1-accent1">
    <w:name w:val="Medium Grid 1 Accent 1"/>
    <w:basedOn w:val="Standaardtabe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Gemiddeldraster1-accent2">
    <w:name w:val="Medium Grid 1 Accent 2"/>
    <w:basedOn w:val="Standaardtabe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Gemiddeldraster1-accent3">
    <w:name w:val="Medium Grid 1 Accent 3"/>
    <w:basedOn w:val="Standaardtabe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Gemiddeldraster1-accent4">
    <w:name w:val="Medium Grid 1 Accent 4"/>
    <w:basedOn w:val="Standaardtabe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Gemiddeldraster1-accent5">
    <w:name w:val="Medium Grid 1 Accent 5"/>
    <w:basedOn w:val="Standaardtabe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Gemiddeldraster1-accent6">
    <w:name w:val="Medium Grid 1 Accent 6"/>
    <w:basedOn w:val="Standaardtabe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Gemiddeldraster2">
    <w:name w:val="Medium Grid 2"/>
    <w:basedOn w:val="Standaardtabe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Gemiddeldraster2-accent1">
    <w:name w:val="Medium Grid 2 Accent 1"/>
    <w:basedOn w:val="Standaardtabe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Gemiddeldraster2-accent2">
    <w:name w:val="Medium Grid 2 Accent 2"/>
    <w:basedOn w:val="Standaardtabe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Gemiddeldraster2-accent3">
    <w:name w:val="Medium Grid 2 Accent 3"/>
    <w:basedOn w:val="Standaardtabe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Gemiddeldraster2-accent4">
    <w:name w:val="Medium Grid 2 Accent 4"/>
    <w:basedOn w:val="Standaardtabe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Gemiddeldraster2-accent5">
    <w:name w:val="Medium Grid 2 Accent 5"/>
    <w:basedOn w:val="Standaardtabe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Gemiddeldraster2-accent6">
    <w:name w:val="Medium Grid 2 Accent 6"/>
    <w:basedOn w:val="Standaardtabe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Gemiddeldraster3">
    <w:name w:val="Medium Grid 3"/>
    <w:basedOn w:val="Standaardtabe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Gemiddeldraster3-accent1">
    <w:name w:val="Medium Grid 3 Accent 1"/>
    <w:basedOn w:val="Standaardtabe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Gemiddeldraster3-accent2">
    <w:name w:val="Medium Grid 3 Accent 2"/>
    <w:basedOn w:val="Standaardtabe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Gemiddeldraster3-accent3">
    <w:name w:val="Medium Grid 3 Accent 3"/>
    <w:basedOn w:val="Standaardtabe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Gemiddeldraster3-accent4">
    <w:name w:val="Medium Grid 3 Accent 4"/>
    <w:basedOn w:val="Standaardtabe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Gemiddeldraster3-accent5">
    <w:name w:val="Medium Grid 3 Accent 5"/>
    <w:basedOn w:val="Standaardtabe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Gemiddeldraster3-accent6">
    <w:name w:val="Medium Grid 3 Accent 6"/>
    <w:basedOn w:val="Standaardtabe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onkerelijst">
    <w:name w:val="Dark List"/>
    <w:basedOn w:val="Standaardtabe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onkerelijst-accent1">
    <w:name w:val="Dark List Accent 1"/>
    <w:basedOn w:val="Standaardtabe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onkerelijst-accent2">
    <w:name w:val="Dark List Accent 2"/>
    <w:basedOn w:val="Standaardtabe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onkerelijst-accent3">
    <w:name w:val="Dark List Accent 3"/>
    <w:basedOn w:val="Standaardtabe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onkerelijst-accent4">
    <w:name w:val="Dark List Accent 4"/>
    <w:basedOn w:val="Standaardtabe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onkerelijst-accent5">
    <w:name w:val="Dark List Accent 5"/>
    <w:basedOn w:val="Standaardtabe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onkerelijst-accent6">
    <w:name w:val="Dark List Accent 6"/>
    <w:basedOn w:val="Standaardtabe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Kleurrijkearcering">
    <w:name w:val="Colorful Shading"/>
    <w:basedOn w:val="Standaardtabe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Kleurrijkearcering-accent1">
    <w:name w:val="Colorful Shading Accent 1"/>
    <w:basedOn w:val="Standaardtabe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Kleurrijkearcering-accent2">
    <w:name w:val="Colorful Shading Accent 2"/>
    <w:basedOn w:val="Standaardtabe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Kleurrijkearcering-accent3">
    <w:name w:val="Colorful Shading Accent 3"/>
    <w:basedOn w:val="Standaardtabe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Kleurrijkearcering-accent4">
    <w:name w:val="Colorful Shading Accent 4"/>
    <w:basedOn w:val="Standaardtabe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Kleurrijkearcering-accent5">
    <w:name w:val="Colorful Shading Accent 5"/>
    <w:basedOn w:val="Standaardtabe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Kleurrijkearcering-accent6">
    <w:name w:val="Colorful Shading Accent 6"/>
    <w:basedOn w:val="Standaardtabe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Kleurrijkelijst">
    <w:name w:val="Colorful List"/>
    <w:basedOn w:val="Standaardtabe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Kleurrijkelijst-accent1">
    <w:name w:val="Colorful List Accent 1"/>
    <w:basedOn w:val="Standaardtabe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Kleurrijkelijst-accent2">
    <w:name w:val="Colorful List Accent 2"/>
    <w:basedOn w:val="Standaardtabe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Kleurrijkelijst-accent3">
    <w:name w:val="Colorful List Accent 3"/>
    <w:basedOn w:val="Standaardtabe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Kleurrijkelijst-accent4">
    <w:name w:val="Colorful List Accent 4"/>
    <w:basedOn w:val="Standaardtabe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Kleurrijkelijst-accent5">
    <w:name w:val="Colorful List Accent 5"/>
    <w:basedOn w:val="Standaardtabe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Kleurrijkelijst-accent6">
    <w:name w:val="Colorful List Accent 6"/>
    <w:basedOn w:val="Standaardtabe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Kleurrijkraster">
    <w:name w:val="Colorful Grid"/>
    <w:basedOn w:val="Standaardtabe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Kleurrijkraster-accent1">
    <w:name w:val="Colorful Grid Accent 1"/>
    <w:basedOn w:val="Standaardtabe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Kleurrijkraster-accent2">
    <w:name w:val="Colorful Grid Accent 2"/>
    <w:basedOn w:val="Standaardtabe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Kleurrijkraster-accent3">
    <w:name w:val="Colorful Grid Accent 3"/>
    <w:basedOn w:val="Standaardtabe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Kleurrijkraster-accent4">
    <w:name w:val="Colorful Grid Accent 4"/>
    <w:basedOn w:val="Standaardtabe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Kleurrijkraster-accent5">
    <w:name w:val="Colorful Grid Accent 5"/>
    <w:basedOn w:val="Standaardtabe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Kleurrijkraster-accent6">
    <w:name w:val="Colorful Grid Accent 6"/>
    <w:basedOn w:val="Standaardtabe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242</Words>
  <Characters>1332</Characters>
  <Application>Microsoft Office Word</Application>
  <DocSecurity>0</DocSecurity>
  <Lines>11</Lines>
  <Paragraphs>3</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1571</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Joyce van Truijen</cp:lastModifiedBy>
  <cp:revision>2</cp:revision>
  <dcterms:created xsi:type="dcterms:W3CDTF">2013-12-23T23:15:00Z</dcterms:created>
  <dcterms:modified xsi:type="dcterms:W3CDTF">2026-08-07T12:32:00Z</dcterms:modified>
  <cp:category/>
</cp:coreProperties>
</file>